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Calibri" w:hAnsi="Calibri"/>
          <w:b/>
          <w:sz w:val="36"/>
        </w:rPr>
        <w:t>Vzorový formulár na odstúpenie od zmluvy</w:t>
      </w:r>
    </w:p>
    <w:p>
      <w:r>
        <w:rPr>
          <w:b/>
          <w:sz w:val="28"/>
        </w:rPr>
        <w:t>VZOROVY FORMULAR NA ODSTUPENIE OD ZMLUVY</w:t>
      </w:r>
    </w:p>
    <w:p>
      <w:r>
        <w:t>(Vyplňte a zašlite tento formulár, len ak si želáte odstúpiť od Dohody)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896"/>
          </w:tcPr>
          <w:p>
            <w:r>
              <w:t>Komu</w:t>
            </w:r>
          </w:p>
        </w:tc>
        <w:tc>
          <w:tcPr>
            <w:tcW w:type="dxa" w:w="4896"/>
          </w:tcPr>
          <w:p>
            <w:r>
              <w:t>obchodné meno, sídlo alebo miesto podnikania a e-mailová adresa Sprostredkovateľa</w:t>
            </w:r>
          </w:p>
        </w:tc>
      </w:tr>
      <w:tr>
        <w:tc>
          <w:tcPr>
            <w:tcW w:type="dxa" w:w="4896"/>
          </w:tcPr>
          <w:p>
            <w:r>
              <w:t>Týmto oznamujem/oznamujeme*</w:t>
            </w:r>
          </w:p>
        </w:tc>
        <w:tc>
          <w:tcPr>
            <w:tcW w:type="dxa" w:w="4896"/>
          </w:tcPr>
          <w:p>
            <w:r>
              <w:t>že odstupujem/odstupujeme* od zmluvy o dodaní alebo poskytnutí tejto služby</w:t>
            </w:r>
          </w:p>
        </w:tc>
      </w:tr>
      <w:tr>
        <w:tc>
          <w:tcPr>
            <w:tcW w:type="dxa" w:w="4896"/>
          </w:tcPr>
          <w:p>
            <w:r>
              <w:t>Dátum objednania/dátum prijatia*</w:t>
            </w:r>
          </w:p>
        </w:tc>
        <w:tc>
          <w:tcPr>
            <w:tcW w:type="dxa" w:w="4896"/>
          </w:tcPr>
          <w:p>
            <w:r/>
          </w:p>
        </w:tc>
      </w:tr>
      <w:tr>
        <w:tc>
          <w:tcPr>
            <w:tcW w:type="dxa" w:w="4896"/>
          </w:tcPr>
          <w:p>
            <w:r>
              <w:t>Meno a priezvisko spotrebiteľa/spotrebiteľov*</w:t>
            </w:r>
          </w:p>
        </w:tc>
        <w:tc>
          <w:tcPr>
            <w:tcW w:type="dxa" w:w="4896"/>
          </w:tcPr>
          <w:p>
            <w:r/>
          </w:p>
        </w:tc>
      </w:tr>
      <w:tr>
        <w:tc>
          <w:tcPr>
            <w:tcW w:type="dxa" w:w="4896"/>
          </w:tcPr>
          <w:p>
            <w:r>
              <w:t>Adresa spotrebiteľa/spotrebiteľov*</w:t>
            </w:r>
          </w:p>
        </w:tc>
        <w:tc>
          <w:tcPr>
            <w:tcW w:type="dxa" w:w="4896"/>
          </w:tcPr>
          <w:p>
            <w:r/>
          </w:p>
        </w:tc>
      </w:tr>
      <w:tr>
        <w:tc>
          <w:tcPr>
            <w:tcW w:type="dxa" w:w="4896"/>
          </w:tcPr>
          <w:p>
            <w:r>
              <w:t>Podpis spotrebiteľa/spotrebiteľov*</w:t>
            </w:r>
          </w:p>
        </w:tc>
        <w:tc>
          <w:tcPr>
            <w:tcW w:type="dxa" w:w="4896"/>
          </w:tcPr>
          <w:p>
            <w:r>
              <w:t>(ak sa tento formulár podáva v listinnej podobe)</w:t>
            </w:r>
          </w:p>
        </w:tc>
      </w:tr>
      <w:tr>
        <w:tc>
          <w:tcPr>
            <w:tcW w:type="dxa" w:w="4896"/>
          </w:tcPr>
          <w:p>
            <w:r>
              <w:t>Dátum</w:t>
            </w:r>
          </w:p>
        </w:tc>
        <w:tc>
          <w:tcPr>
            <w:tcW w:type="dxa" w:w="4896"/>
          </w:tcPr>
          <w:p>
            <w:r/>
          </w:p>
        </w:tc>
      </w:tr>
    </w:tbl>
    <w:p>
      <w:r>
        <w:t>* Nehodiace sa prečiarknite.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